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לוטו מילים – קטגוריות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 ניגוד וקשרי סיבה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לקטגוריות הנכונות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בנושאי מידות, פיסוק ומערכת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 מילים לקטגוריות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קשרי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קשרי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מידות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סימני 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במערכת המשפט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מציינת ניגוד בין שני חלקי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עצלות היא מידה 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נקודתיים הוא סימן 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פיעל הוא אחד הבניינים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איפה משמשת לשאול על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שופט שייך לקטגוריית מערכת המשפט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אף על פי שהיה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נדיבות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לקטגוריה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(קשרי 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(מילות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(מידות רעות)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(סימני פיסוק)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(בניינים)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(במערכת המשפט)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שמראה ניגוד בין שני חלקים ומשתמש נכון במילת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שמסביר סיבה ומשתמש נכון במילת 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אבל, אולם, אך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נדיבות, סבלנות, 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קשר סיבה מסביר למה, קשר ניגוד מראה הבדל בין שני 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לצד המשחק עצמו ולתרגל קודם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ההבדל בין קשרי סיבה לקשרי ניגוד בדוגמאות נוספות מהלוח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לוטו מילים – קטגוריות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צריך למצוא לכל מילה את הקבוצה שלה. בדף הזה נתרגל את אותן קבוצות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שני חלקים הפוכים, כמו אבל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שמסבירה למה משהו קרה, כמו כי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ששואלים איתה שאלה, כמו מתי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פיסוק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שעוזר לקרוא משפט, כמו נקודה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מידה טובה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חיובית באדם, כמו נדיבות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מידה רעה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שלילית באדם, כמו קמצנות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בעברית, כמו פיעל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מערכת המשפט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שופטים מכריעים בדין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מיון מילים לקטגוריות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שייכת המילה אך?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קשרי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קשרי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שייכת המילה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במערכת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שייכת המילה כי?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קשרי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קשרי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מידות רעות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שייכת המילה נדיבות?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מידות רעות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שייך הסימן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קשרי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במערכת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שייכת המילה נאשם?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במערכת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קשרי סיבה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״אבל״ שייכת לקטגוריית קשרי ניגוד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״עצלות״ שייכת לקטגוריית מידות טובות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הסימן נקודתיים שייך לקטגוריית סימני פיסוק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״פיעל״ שייכת לקטגוריית בניינים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״איפה״ שייכת לקטגוריית מילות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״שופט״ שייכת לקטגוריית מדעים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הוא רצה לצאת __________ ירד גשם 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איחרה __________ הפקק בכביש היה 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אתה גר?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המשפט 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הוא עייף, הוא עזר לחברו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אדם שחולק את מה שיש לו עם אחרים נוהג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לקטגוריה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במערכת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סימני פיסוק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קמצנות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בניינים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מילות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קשרי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מידות רעות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קשר ניגוד (למשל אך, אבל, אולם)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שיש בו קשר סיבה (למשל כי, מכיוון ש)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קשר ניגוד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ששייכת למידות טובות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קשר סיבה לקשר ניגוד?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לוטו מילים – קטגוריות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